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Chemical Engineer</w:t>
      </w:r>
    </w:p>
    <w:p>
      <w:pPr>
        <w:spacing w:before="0" w:after="240"/>
      </w:pPr>
      <w:r>
        <w:t>I'm writing to apply for the Chemical Engineer position at [Company Name]. My background in process design, simulation and hazard analysis lines up closely with the demands of running a compliant, efficient production operation, and I'd welcome the chance to bring that to your team.</w:t>
      </w:r>
    </w:p>
    <w:p>
      <w:pPr>
        <w:spacing w:before="0" w:after="240"/>
      </w:pPr>
      <w:r>
        <w:t>In a previous process improvement project, I used material and energy balance calculations in Hysys to identify where reactor efficiency was being lost during a scale-up from lab to commercial batch size. After adjusting reaction conditions and reworking part of the plant layout, we lifted yield and cut raw material waste, while also resolving a fouling issue that had been flagged as a recurring maintenance cost. That project sharpened my approach to troubleshooting production problems under real operational constraints rather than in a lab setting.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my process engineering skills are applied to problems that matter to the business, not just theoretical exercises.</w:t>
      </w:r>
    </w:p>
    <w:p>
      <w:pPr>
        <w:spacing w:before="0" w:after="240"/>
      </w:pPr>
      <w:r>
        <w:t>Thank you for considering my application. I've attached my resume with further detail on my process design, safety and project delivery experience, and I'd welcome the opportunity to discuss how I can contribute to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