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Chemical Plant Operator</w:t>
      </w:r>
    </w:p>
    <w:p>
      <w:pPr>
        <w:spacing w:before="0" w:after="240"/>
      </w:pPr>
      <w:r>
        <w:t>I am writing to apply for the Chemical Plant Operator role at [Company Name]. With hands-on experience running reactors, vessels and pumps, and a strong focus on safe, on-spec production, I am confident I can contribute to your operations from day one.</w:t>
      </w:r>
    </w:p>
    <w:p>
      <w:pPr>
        <w:spacing w:before="0" w:after="240"/>
      </w:pPr>
      <w:r>
        <w:t>In my current role, I monitor process variables from a Honeywell Experion DCS, adjusting temperatures, pressures and flows to keep output within specification. When I noticed a gradual drift in a reactor temperature reading, I investigated the trend, adjusted the control loop and prevented a batch from going off-spec. I also isolate pumps and compressors for maintenance using permit to work and lockout tagout procedures, and I take pride in completing shutdowns without safety incidents. My shift logs and handover notes are clear and concise, which helps the incoming crew pick up where I left off.</w:t>
      </w:r>
    </w:p>
    <w:p>
      <w:pPr>
        <w:spacing w:before="0" w:after="240"/>
      </w:pPr>
      <w:r>
        <w:t>I am interested in working for [Company Name] because [add one genuine, specific reason: a project, value, or market position you can point to]. I am keen to bring my process control and safety experience to a team that values reliable operations and continuous improvement.</w:t>
      </w:r>
    </w:p>
    <w:p>
      <w:pPr>
        <w:spacing w:before="0" w:after="240"/>
      </w:pPr>
      <w:r>
        <w:t>Thank you for considering my application. I have attached my resume for your review and welcome the opportunity to discuss how my experience can support your team.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