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Chief Executive Officer</w:t>
      </w:r>
    </w:p>
    <w:p>
      <w:pPr>
        <w:spacing w:before="0" w:after="240"/>
      </w:pPr>
      <w:r>
        <w:t>I am writing to apply for the Chief Executive Officer position at [Company Name]. I bring a background in setting strategic direction and leading executive teams through periods of growth and change, and I see a strong match between that experience and the challenges facing your organisation.</w:t>
      </w:r>
    </w:p>
    <w:p>
      <w:pPr>
        <w:spacing w:before="0" w:after="240"/>
      </w:pPr>
      <w:r>
        <w:t>In my most recent CEO role, I led the development of a strategic plan that repositioned the business ahead of a shift in market conditions, working closely with the board to reallocate capital toward higher-growth areas. That shift protected margin during a period when several competitors scaled back, and it strengthened relationships with investors who backed the change.</w:t>
      </w:r>
    </w:p>
    <w:p>
      <w:pPr>
        <w:spacing w:before="0" w:after="240"/>
      </w:pPr>
      <w:r>
        <w:t>[Company Name] stood out to me because [add one genuine, specific reason: a project, value, or market position you can point to]. That combination of ambition and discipline is the kind of environment where I do my best work.</w:t>
      </w:r>
    </w:p>
    <w:p>
      <w:pPr>
        <w:spacing w:before="0" w:after="240"/>
      </w:pPr>
      <w:r>
        <w:t>Thank you for considering my application. I have attached my resume, which sets out my experience in more detail, and I would welcome the opportunity to discuss how I can contribute to the board's plans for the organisation.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