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Chief Information Officer</w:t>
      </w:r>
    </w:p>
    <w:p>
      <w:pPr>
        <w:spacing w:before="0" w:after="240"/>
      </w:pPr>
      <w:r>
        <w:t>I am writing to express my interest in the Chief Information Officer role at [Company Name]. With a background in technology strategy, governance and operational leadership, I am confident I can help [Company Name] align its technology investments with its business goals and manage risk effectively.</w:t>
      </w:r>
    </w:p>
    <w:p>
      <w:pPr>
        <w:spacing w:before="0" w:after="240"/>
      </w:pPr>
      <w:r>
        <w:t>In my current role, I led the development of a multi-year technology strategy that improved system reliability and security while supporting business growth. I implemented a cybersecurity governance framework that addressed APRA's CPS 234 requirements, and I worked closely with the executive team to ensure technology risk was managed within appetite. I also restructured the IT department to better support digital initiatives, resulting in faster project delivery and improved stakeholder satisfaction.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excited about the opportunity to contribute to your technology journey.</w:t>
      </w:r>
    </w:p>
    <w:p>
      <w:pPr>
        <w:spacing w:before="0" w:after="240"/>
      </w:pPr>
      <w:r>
        <w:t>Thank you for considering my application. I have attached my resume for your review and look forward to discussing how my experience can benefit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