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Chief of Staff</w:t>
      </w:r>
    </w:p>
    <w:p>
      <w:pPr>
        <w:spacing w:before="0" w:after="240"/>
      </w:pPr>
      <w:r>
        <w:t>I am writing to apply for the Chief of Staff role at [Company Name]. Working alongside a chief executive to turn competing priorities into a clear agenda and coordinated action is what I do now, and your role describes the same work at a scale I would like to take on.</w:t>
      </w:r>
    </w:p>
    <w:p>
      <w:pPr>
        <w:spacing w:before="0" w:after="240"/>
      </w:pPr>
      <w:r>
        <w:t>In my current position I support a chief executive through board and executive committee cycles. When the organisation was weighing whether to consolidate two service lines, I pulled financial and operational data together from four teams, wrote the board paper with three options and a clear recommendation, and ran the working sessions that got the general managers to a shared position. The board approved the consolidation at that meeting, and I then coordinated the implementation across teams that did not report to me, reporting progress monthly against a single set of milestones.</w:t>
      </w:r>
    </w:p>
    <w:p>
      <w:pPr>
        <w:spacing w:before="0" w:after="240"/>
      </w:pPr>
      <w:r>
        <w:t>What draws me to [Company Name] is [add one genuine, specific reason: a project, value, or market position you can point to]. I would want to understand how decisions actually get made here before proposing any changes to the rhythm of executive meetings.</w:t>
      </w:r>
    </w:p>
    <w:p>
      <w:pPr>
        <w:spacing w:before="0" w:after="240"/>
      </w:pPr>
      <w:r>
        <w:t>Thank you for considering my application. My resume is attached, and I would welcome the chance to talk through how I would support your chief executive in the first six months.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