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Chimney Sweep</w:t>
      </w:r>
    </w:p>
    <w:p>
      <w:pPr>
        <w:spacing w:before="0" w:after="240"/>
      </w:pPr>
      <w:r>
        <w:t>I am applying for the Chimney Sweep role with [Company Name]. After several seasons sweeping and inspecting residential flues, I bring the practical roof confidence, clean work habits and customer manner that this job needs.</w:t>
      </w:r>
    </w:p>
    <w:p>
      <w:pPr>
        <w:spacing w:before="0" w:after="240"/>
      </w:pPr>
      <w:r>
        <w:t>In my last winter season I swept and inspected more than 180 flues across inner Melbourne, from open fireplaces in weatherboard cottages to stainless steel liners in newer homes. I started taking before-and-after photos with an inspection camera, then attaching them to a simple written summary for each customer. That change cut callbacks from owners who were unsure whether a flue had been properly cleared, and it gave them a clear record of cracks, nesting material or creosote build-up to act on before winter.</w:t>
      </w:r>
    </w:p>
    <w:p>
      <w:pPr>
        <w:spacing w:before="0" w:after="240"/>
      </w:pPr>
      <w:r>
        <w:t>I want to work for [Company Name] because [add one genuine, specific reason: a project, value, or market position you can point to]. I am looking for a team that takes roof safety and clean-up seriously, and that backs up a sweep with honest advice about wood heater use and ventilation.</w:t>
      </w:r>
    </w:p>
    <w:p>
      <w:pPr>
        <w:spacing w:before="0" w:after="240"/>
      </w:pPr>
      <w:r>
        <w:t>Thank you for considering my application. My resume is attached, and I would welcome the chance to talk about how I can help your customers keep their chimneys safe and their homes warm.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