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Chimney Sweep</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chimney sweep with hands-on experience in residential and heritage flue cleaning, inspection and minor repair. Comfortable working at heights, using rotary brushes, HEPA vacuums and inspection cameras to leave homes clean and safe. Known for clear customer advice on wood heater operation, ventilation and creosote control.</w:t>
      </w:r>
    </w:p>
    <w:p>
      <w:pPr>
        <w:spacing w:before="280" w:after="120"/>
        <w:jc w:val="left"/>
        <w:pBdr>
          <w:bottom w:val="single" w:sz="6" w:space="4" w:color="DFDED8"/>
        </w:pBdr>
      </w:pPr>
      <w:r>
        <w:rPr>
          <w:b/>
          <w:color w:val="2F62D9"/>
          <w:sz w:val="22"/>
        </w:rPr>
        <w:t>KEY SKILLS</w:t>
      </w:r>
    </w:p>
    <w:p>
      <w:pPr>
        <w:spacing w:before="0" w:after="200"/>
        <w:jc w:val="left"/>
      </w:pPr>
      <w:r>
        <w:t>Hand and power tool work   •   Worksite safety management   •   Building codes and standards   •   Plant and equipment operation   •   Chimney sweep brushes   •   HEPA vacuum   •   Inspection camera   •   Roof ladder   •   ServiceM8   •   Customer service   •   Attention to detail   •   Physical stamina and dexterity   •   Flue and chimney inspection   •   Creosote removal   •   Chimney cap and flashing repair   •   Wood heater advice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Chimney Sweep</w:t>
      </w:r>
      <w:r>
        <w:t>, [Company Name], [City]</w:t>
      </w:r>
      <w:r>
        <w:rPr>
          <w:i/>
        </w:rPr>
        <w:tab/>
        <w:t>[Month Year] – [Month Year / Present]</w:t>
      </w:r>
    </w:p>
    <w:p>
      <w:pPr>
        <w:pStyle w:val="ListBullet"/>
        <w:spacing w:after="80" w:line="276" w:lineRule="auto"/>
      </w:pPr>
      <w:r>
        <w:t>Swept and vacuumed open fireplaces and wood heater flues across more than 150 homes in a single winter season, leaving hearths and surrounding floors free of soot.</w:t>
      </w:r>
    </w:p>
    <w:p>
      <w:pPr>
        <w:pStyle w:val="ListBullet"/>
        <w:spacing w:after="80" w:line="276" w:lineRule="auto"/>
      </w:pPr>
      <w:r>
        <w:t>Inspected chimneys for cracks, failed flashing, blockages and animal nests, recording findings with an inspection camera for customer reports.</w:t>
      </w:r>
    </w:p>
    <w:p>
      <w:pPr>
        <w:pStyle w:val="ListBullet"/>
        <w:spacing w:after="80" w:line="276" w:lineRule="auto"/>
      </w:pPr>
      <w:r>
        <w:t>Removed heavy creosote deposits using rotary brushes and HEPA vacuum equipment, reducing smoke odour and improving draw for repeat customers.</w:t>
      </w:r>
    </w:p>
    <w:p>
      <w:pPr>
        <w:pStyle w:val="ListBullet"/>
        <w:spacing w:after="80" w:line="276" w:lineRule="auto"/>
      </w:pPr>
      <w:r>
        <w:t>Advised homeowners on safe wood heating, flue ventilation and the importance of regular sweeping, helping them avoid preventable chimney fires.</w:t>
      </w:r>
    </w:p>
    <w:p>
      <w:pPr>
        <w:pStyle w:val="ListBullet"/>
        <w:spacing w:after="80" w:line="276" w:lineRule="auto"/>
      </w:pPr>
      <w:r>
        <w:t>Repaired and replaced chimney caps and flashing on a portfolio of rental properties, preventing water ingress and keeping birds and possums out.</w:t>
      </w:r>
    </w:p>
    <w:p>
      <w:pPr>
        <w:pStyle w:val="ListBullet"/>
        <w:spacing w:after="240" w:line="276" w:lineRule="auto"/>
      </w:pPr>
      <w:r>
        <w:t>Managed daily runs through ServiceM8, confirming access, roof type and job scope before arrival to keep travel and setup time down.</w:t>
      </w:r>
    </w:p>
    <w:p>
      <w:pPr>
        <w:spacing w:before="280" w:after="120"/>
        <w:jc w:val="left"/>
        <w:pBdr>
          <w:bottom w:val="single" w:sz="6" w:space="4" w:color="DFDED8"/>
        </w:pBdr>
      </w:pPr>
      <w:r>
        <w:rPr>
          <w:b/>
          <w:color w:val="2F62D9"/>
          <w:sz w:val="22"/>
        </w:rPr>
        <w:t>EDUCATION</w:t>
      </w:r>
    </w:p>
    <w:p>
      <w:pPr>
        <w:spacing w:before="0" w:after="200"/>
        <w:jc w:val="left"/>
      </w:pPr>
      <w:r>
        <w:t>A Certificate III or IV is a realistic qualification pathway, often in cleaning operations or a related trade. Many chimney sweeps also hold a current Working at Heights certificate and White Card, and learn flue inspection and sweeping through on-the-job training with an experienced operator.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