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Chinese Medicine Practitioner</w:t>
      </w:r>
    </w:p>
    <w:p>
      <w:pPr>
        <w:spacing w:before="0" w:after="240"/>
      </w:pPr>
      <w:r>
        <w:t>I am writing to apply for the Chinese Medicine Practitioner position at [Company Name]. With registration through the Chinese Medicine Board of Australia and hands-on experience in private practice, I am confident in my ability to provide high quality acupuncture and herbal medicine care.</w:t>
      </w:r>
    </w:p>
    <w:p>
      <w:pPr>
        <w:spacing w:before="0" w:after="240"/>
      </w:pPr>
      <w:r>
        <w:t>In my current role, I manage a caseload of patients presenting with chronic pain, stress and digestive complaints. I conduct thorough pulse and tongue assessments, then design individualised treatment plans combining acupuncture, moxibustion and herbal prescriptions. One recent example: a patient with long standing lower back pain who had not responded to other therapies. After a course of treatment and lifestyle advice, they reported a significant reduction in pain and returned to regular activity. I also use Cliniko to maintain accurate records and coordinate referrals to GPs and physiotherapists when needed.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patient centred care and would welcome the opportunity to contribute to your team.</w:t>
      </w:r>
    </w:p>
    <w:p>
      <w:pPr>
        <w:spacing w:before="0" w:after="240"/>
      </w:pPr>
      <w:r>
        <w:t>Thank you for considering my application. My resume is attached, and I look forward to the opportunity to discuss how I can support your practice.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