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Cinematographer</w:t>
      </w:r>
    </w:p>
    <w:p>
      <w:pPr>
        <w:spacing w:before="0" w:after="240"/>
      </w:pPr>
      <w:r>
        <w:t>I'm applying for the cinematographer role at [Company Name]. My background is in designing and shooting the visual language of scripted and commercial work, and I'd bring a practical, well-prepared approach to your slate.</w:t>
      </w:r>
    </w:p>
    <w:p>
      <w:pPr>
        <w:spacing w:before="0" w:after="240"/>
      </w:pPr>
      <w:r>
        <w:t>A recent project I'm proud of was a night-heavy short series shot across three locations. The director wanted warmth and softness, but the practical light on each location was completely different. I built a lighting plan in prep around what each space already had, tested the two lenses I thought would hold up at low light, and matched the look on the day with a small kit and a short setup list. The edit cut between locations without the audience noticing the joins, and the colourist had clean, consistent material to work from.</w:t>
      </w:r>
    </w:p>
    <w:p>
      <w:pPr>
        <w:spacing w:before="0" w:after="240"/>
      </w:pPr>
      <w:r>
        <w:t>What draws me to [Company Name] is [add one genuine, specific reason: a project, value, or market position you can point to]. I'd like to bring the same care to your productions.</w:t>
      </w:r>
    </w:p>
    <w:p>
      <w:pPr>
        <w:spacing w:before="0" w:after="240"/>
      </w:pPr>
      <w:r>
        <w:t>Thank you for considering my application. My resume is attached, and I'd welcome the chance to talk through my reel and how I'd approach your next project.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