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Circus Performer</w:t>
      </w:r>
    </w:p>
    <w:p>
      <w:pPr>
        <w:spacing w:before="0" w:after="240"/>
      </w:pPr>
      <w:r>
        <w:t>I am writing to apply for the Circus Performer role at [Company Name]. With a strong background in aerial and acrobatic performance, I am excited to contribute to your upcoming productions.</w:t>
      </w:r>
    </w:p>
    <w:p>
      <w:pPr>
        <w:spacing w:before="0" w:after="240"/>
      </w:pPr>
      <w:r>
        <w:t>In my recent contract with a touring contemporary circus company, I performed a solo trapeze act and an ensemble acrobatics piece across a 15-show regional tour. I worked closely with the director to refine choreography and took responsibility for pre-show rigging checks, which contributed to a seamless run with no safety incidents.</w:t>
      </w:r>
    </w:p>
    <w:p>
      <w:pPr>
        <w:spacing w:before="0" w:after="240"/>
      </w:pPr>
      <w:r>
        <w:t>I am drawn to [Company Name] because [add one genuine, specific reason: a project, value, or market position you can point to]. I share your commitment to innovative physical storytelling and community engagement, and I would welcome the chance to bring my skills to your team.</w:t>
      </w:r>
    </w:p>
    <w:p>
      <w:pPr>
        <w:spacing w:before="0" w:after="240"/>
      </w:pPr>
      <w:r>
        <w:t>Thank you for considering my application. I have attached my resume for your review and would be glad to discuss how I can contribute to your upcoming season.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