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Civil Construction Labourer</w:t>
      </w:r>
    </w:p>
    <w:p>
      <w:pPr>
        <w:spacing w:before="0" w:after="240"/>
      </w:pPr>
      <w:r>
        <w:t>I am writing to apply for the Civil Construction Labourer role at [Company Name]. With a White Card, driver licence and practical experience on road and drainage crews, I can contribute safely and productively from day one.</w:t>
      </w:r>
    </w:p>
    <w:p>
      <w:pPr>
        <w:spacing w:before="0" w:after="240"/>
      </w:pPr>
      <w:r>
        <w:t>On a recent subdivision project, I was part of a crew laying drainage pipes and backfilling trenches. I regularly hand-excavated around live water and gas services, following clearance rules to avoid strikes. I also set up traffic control and safety signage for the day's works, which helped keep the site compliant and the public safe. My supervisor relied on me to operate plate compactors and concrete mixers for kerb and footpath pours, and I consistently met the finish standard required.</w:t>
      </w:r>
    </w:p>
    <w:p>
      <w:pPr>
        <w:spacing w:before="0" w:after="240"/>
      </w:pPr>
      <w:r>
        <w:t>I want to work for [Company Name] because [add one genuine, specific reason: a project, value, or market position you can point to]. I am keen to bring my work ethic and safety focus to your team.</w:t>
      </w:r>
    </w:p>
    <w:p>
      <w:pPr>
        <w:spacing w:before="0" w:after="240"/>
      </w:pPr>
      <w:r>
        <w:t>Thank you for considering my application. My resume is attached, and I am available for an interview at your convenience. I look forward to hearing from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