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Civil Drafter</w:t>
      </w:r>
    </w:p>
    <w:p>
      <w:pPr>
        <w:spacing w:before="0" w:after="240"/>
      </w:pPr>
      <w:r>
        <w:t>I am applying for the Civil Drafter role at [Company Name]. With a diploma in civil construction design and several years preparing road, drainage and subdivision drawings in AutoCAD and Civil 3D, I can step into your documentation workflow and contribute from the first project.</w:t>
      </w:r>
    </w:p>
    <w:p>
      <w:pPr>
        <w:spacing w:before="0" w:after="240"/>
      </w:pPr>
      <w:r>
        <w:t>In my current role, I model site layouts and earthworks in 3D from survey data, then revise the drawings as design changes come through. On a recent subdivision project, I rebuilt the surface model after a late survey update, which resolved a drainage clash that would have been costly to fix on site. I also check every drawing set against the project standards before issue, and that habit has cut the number of drafting corrections returned from site.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documentation quality seriously and gives drafters exposure to a broad range of civil infrastructure.</w:t>
      </w:r>
    </w:p>
    <w:p>
      <w:pPr>
        <w:spacing w:before="0" w:after="240"/>
      </w:pPr>
      <w:r>
        <w:t>Thank you for considering my application. My resume is attached, and I would welcome the chance to discuss how my drafting and modelling skills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