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Civil Engineering Technician</w:t>
      </w:r>
    </w:p>
    <w:p>
      <w:pPr>
        <w:spacing w:before="0" w:after="240"/>
      </w:pPr>
      <w:r>
        <w:t>I am writing to apply for the Civil Engineering Technician role at [Company Name]. With a Diploma of Civil Engineering and hands-on experience in drafting, estimating and site inspection, I am confident in my ability to support your engineers and construction teams on infrastructure projects.</w:t>
      </w:r>
    </w:p>
    <w:p>
      <w:pPr>
        <w:spacing w:before="0" w:after="240"/>
      </w:pPr>
      <w:r>
        <w:t>In my current role, I prepared detailed drawings for a 50-lot residential subdivision using Civil 3D. By coordinating closely with the project engineer early in the design, I cut drafting revisions from five to two, which kept the approval process on track. I also conducted site inspections on drainage works and identified a non-conforming pipe installation before backfill, saving the project from costly rework.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share your commitment to delivering safe, buildable and sustainable civil infrastructure for Australian communities.</w:t>
      </w:r>
    </w:p>
    <w:p>
      <w:pPr>
        <w:spacing w:before="0" w:after="240"/>
      </w:pPr>
      <w:r>
        <w:t>Thank you for considering my application. I have attached my resume and look forward to the opportunity to discuss how I can contribute to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