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Clay Products Machine Operator</w:t>
      </w:r>
    </w:p>
    <w:p>
      <w:pPr>
        <w:spacing w:before="0" w:after="240"/>
      </w:pPr>
      <w:r>
        <w:t>I am writing to apply for the Clay Products Machine Operator position at [Company Name]. With several years of experience operating extruders, presses and kilns in brick and tile manufacturing, I am confident I can contribute to your production team from day one.</w:t>
      </w:r>
    </w:p>
    <w:p>
      <w:pPr>
        <w:spacing w:before="0" w:after="240"/>
      </w:pPr>
      <w:r>
        <w:t>In my current role, I run a twin-screw extruder producing roof tiles. When I noticed a recurring size fault caused by inconsistent clay moisture, I worked with the supervisor to adjust the mixing cycle and calibrate the moisture meter. This change reduced rejects during that run and kept the line running at full speed for the rest of the shift.</w:t>
      </w:r>
    </w:p>
    <w:p>
      <w:pPr>
        <w:spacing w:before="0" w:after="240"/>
      </w:pPr>
      <w:r>
        <w:t>I am particularly drawn to [Company Name] because [add one genuine, specific reason: a project, value, or market position you can point to]. I am keen to bring my skills in process monitoring and quality control to a company that values reliable production and safe work practices.</w:t>
      </w:r>
    </w:p>
    <w:p>
      <w:pPr>
        <w:spacing w:before="0" w:after="240"/>
      </w:pPr>
      <w:r>
        <w:t>Thank you for considering my application. I have attached my resume and would welcome the opportunity to discuss how I can support your team. I look forward to hearing from you.</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