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Cleaner</w:t>
      </w:r>
    </w:p>
    <w:p>
      <w:pPr>
        <w:spacing w:before="0" w:after="240"/>
      </w:pPr>
      <w:r>
        <w:t>I am writing to apply for the Cleaner position at [Company Name]. I have practical experience keeping commercial and residential spaces clean, hygienic and presentable, and I take the same care with a small office as I do with a large facility.</w:t>
      </w:r>
    </w:p>
    <w:p>
      <w:pPr>
        <w:spacing w:before="0" w:after="240"/>
      </w:pPr>
      <w:r>
        <w:t>In a previous role, I was responsible for the daily cleaning of bathrooms, kitchens and common areas across a busy site, including restocking supplies and reporting maintenance issues before they became larger problems. I followed chemical safety guidelines closely and kept a clean record on WHS compliance throughout my time there, which occupants and supervisors noticed and commented on.</w:t>
      </w:r>
    </w:p>
    <w:p>
      <w:pPr>
        <w:spacing w:before="0" w:after="240"/>
      </w:pPr>
      <w:r>
        <w:t>I'm keen to bring that same reliability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I've attached my resume with further detail on my experience and would welcome the chance to discuss how I can contribute to your cleaning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