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Commercial Diver</w:t>
      </w:r>
    </w:p>
    <w:p>
      <w:pPr>
        <w:spacing w:before="0" w:after="240"/>
      </w:pPr>
      <w:r>
        <w:t>I am writing to apply for the Commercial Diver role at [Company Name]. With hands-on experience in underwater inspection, maintenance and construction, I am confident I can contribute safely and reliably to your dive team.</w:t>
      </w:r>
    </w:p>
    <w:p>
      <w:pPr>
        <w:spacing w:before="0" w:after="240"/>
      </w:pPr>
      <w:r>
        <w:t>In my most recent role I completed a wharf pile inspection program across a working port. I identified cracked welds, corrosion and marine growth that were not visible from the surface, and logged each defect with measurements and photographs so the engineering team could prioritise repairs. My records helped schedule repairs during planned shutdowns rather than reacting to unplanned failures. I also worked on a pipeline repair using hydraulic tools and underwater welding, completing the task within the dive plan's bottom time and to the project's weld specification.</w:t>
      </w:r>
    </w:p>
    <w:p>
      <w:pPr>
        <w:spacing w:before="0" w:after="240"/>
      </w:pPr>
      <w:r>
        <w:t>I want to work for [Company Name] because [add one genuine, specific reason: a project, value, or market position you can point to]. I am ready to bring my ADAS certification, safety focus and practical dive skills to your team.</w:t>
      </w:r>
    </w:p>
    <w:p>
      <w:pPr>
        <w:spacing w:before="0" w:after="240"/>
      </w:pPr>
      <w:r>
        <w:t>Thank you for considering my application. I have attached my resume for your review and would welcome the chance to discuss how my experience fits your upcoming projects.</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