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Communications Manager</w:t>
      </w:r>
    </w:p>
    <w:p>
      <w:pPr>
        <w:spacing w:before="0" w:after="240"/>
      </w:pPr>
      <w:r>
        <w:t>I'm writing to apply for the Communications Manager role at [Company Name]. My background in developing integrated communication strategies and managing media relations lines up closely with what this position needs, and I'd bring both strategic thinking and hands-on writing skill to the role.</w:t>
      </w:r>
    </w:p>
    <w:p>
      <w:pPr>
        <w:spacing w:before="0" w:after="240"/>
      </w:pPr>
      <w:r>
        <w:t>In a previous role I led the response to a sensitive organisational issue that risked becoming a public story. I coordinated leadership messaging, drafted media statements and briefed spokespeople within a tight timeframe, keeping the organisation's position consistent across every channel while the story was live. That experience shaped how I now approach messaging frameworks: build them before you need them, not during a crisis.</w:t>
      </w:r>
    </w:p>
    <w:p>
      <w:pPr>
        <w:spacing w:before="0" w:after="240"/>
      </w:pPr>
      <w:r>
        <w:t>[add one genuine, specific reason: a project, value, or market position you can point to] is part of why I want to work at [Company Name] specifically, rather than send a generic application to any communications role.</w:t>
      </w:r>
    </w:p>
    <w:p>
      <w:pPr>
        <w:spacing w:before="0" w:after="240"/>
      </w:pPr>
      <w:r>
        <w:t>Thank you for considering my application. I've attached my resume, which sets out my experience across media relations, internal communications and campaign delivery in more detail,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