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Compliance Officer</w:t>
      </w:r>
    </w:p>
    <w:p>
      <w:pPr>
        <w:spacing w:before="0" w:after="240"/>
      </w:pPr>
      <w:r>
        <w:t>I am writing to apply for the Compliance Officer role at [Company Name]. My background in policy review, audit and breach investigation matches the day-to-day requirements of this position, and I am confident I can support your team in meeting its regulatory obligations.</w:t>
      </w:r>
    </w:p>
    <w:p>
      <w:pPr>
        <w:spacing w:before="0" w:after="240"/>
      </w:pPr>
      <w:r>
        <w:t>In a previous compliance role, I led a review of an existing policy suite against updated legislation, working through each procedure line by line to identify where practice had drifted from requirements. I documented the gaps, drafted revised procedures and coordinated staff training on the changes, which reduced the number of repeat audit findings in the following review cycle.</w:t>
      </w:r>
    </w:p>
    <w:p>
      <w:pPr>
        <w:spacing w:before="0" w:after="240"/>
      </w:pPr>
      <w:r>
        <w:t>[add one genuine, specific reason: a project, value, or market position you can point to] is part of why I want to work at [Company Name] specifically, rather than apply for a compliance role anywhere.</w:t>
      </w:r>
    </w:p>
    <w:p>
      <w:pPr>
        <w:spacing w:before="0" w:after="240"/>
      </w:pPr>
      <w:r>
        <w:t>Thank you for considering my application. I have attached my resume, which sets out my experience in policy review, auditing and regulatory reporting in more detail, and I would welcome the chance to discuss the role further.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