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Composer</w:t>
      </w:r>
    </w:p>
    <w:p>
      <w:pPr>
        <w:spacing w:before="0" w:after="240"/>
      </w:pPr>
      <w:r>
        <w:t>I am writing to apply for the Composer role at [Company Name]. With a background in composing original scores for film, television, and interactive media, I am confident I can contribute to your creative projects.</w:t>
      </w:r>
    </w:p>
    <w:p>
      <w:pPr>
        <w:spacing w:before="0" w:after="240"/>
      </w:pPr>
      <w:r>
        <w:t>Recently, I composed and produced the score for a short documentary that screened at a local film festival. Working closely with the director, I developed a thematic approach that evolved through several revisions, ultimately delivering a final mix that supported the narrative without overpowering the visuals. The process involved arranging for a small string ensemble and conducting the recording session, which I managed from pre-production through to final delivery.</w:t>
      </w:r>
    </w:p>
    <w:p>
      <w:pPr>
        <w:spacing w:before="0" w:after="240"/>
      </w:pPr>
      <w:r>
        <w:t>I am keen to work with [Company Name] because [add one genuine, specific reason: a project, value, or market position you can point to]. I believe my collaborative style and technical skills would fit well with your team.</w:t>
      </w:r>
    </w:p>
    <w:p>
      <w:pPr>
        <w:spacing w:before="0" w:after="240"/>
      </w:pPr>
      <w:r>
        <w:t>Thank you for considering my application. I have attached my resume and would appreciate the opportunity to discuss how my composition experience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