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Content Writer</w:t>
      </w:r>
    </w:p>
    <w:p>
      <w:pPr>
        <w:spacing w:before="0" w:after="240"/>
      </w:pPr>
      <w:r>
        <w:t>I'm writing to apply for the Content Writer role at [Company Name]. I build content that's grounded in what an audience is actually searching for, then shape it to match brand voice and campaign goals, which matches the mix of research, writing and collaboration this role calls for.</w:t>
      </w:r>
    </w:p>
    <w:p>
      <w:pPr>
        <w:spacing w:before="0" w:after="240"/>
      </w:pPr>
      <w:r>
        <w:t>In a previous role I noticed a set of blog posts were getting traffic but not converting. I went back through the content, reworked the structure and calls to action based on search intent, and rebuilt the on-page SEO using keyword research tools. Organic traffic and time on page both improved within a few months, and the pages started pulling their weight in the marketing funnel rather than sitting idle.</w:t>
      </w:r>
    </w:p>
    <w:p>
      <w:pPr>
        <w:spacing w:before="0" w:after="240"/>
      </w:pPr>
      <w:r>
        <w:t>What draws me to [Company Name] specifically is [add one genuine, specific reason: a project, value, or market position you can point to]. It's the kind of environment where I think careful, research-backed writing actually moves the needle rather than getting lost in noise.</w:t>
      </w:r>
    </w:p>
    <w:p>
      <w:pPr>
        <w:spacing w:before="0" w:after="240"/>
      </w:pPr>
      <w:r>
        <w:t>Thank you for considering my application. I've attached my resume with more detail on my writing and content management experience, and I'd welcome the chance to discuss how I could contribute to your content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