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Conveyor Belt Splicer</w:t>
      </w:r>
    </w:p>
    <w:p>
      <w:pPr>
        <w:spacing w:before="0" w:after="240"/>
      </w:pPr>
      <w:r>
        <w:t>I am applying for the Conveyor Belt Splicer role with [Company Name]. My background is in fixed plant conveyor maintenance on mine sites and bulk materials handling operations, and the work I do best is exactly this: getting a belt cut, prepared and spliced properly so it carries load without lifting or tracking off.</w:t>
      </w:r>
    </w:p>
    <w:p>
      <w:pPr>
        <w:spacing w:before="0" w:after="240"/>
      </w:pPr>
      <w:r>
        <w:t>Most recently I worked through a shutdown on a steel cord overland conveyor where two splices had to be replaced and the belt re-tensioned before the plant restarted. I measured and squared the belt ends, stripped the covers to the specified step length, set up the press and monitored the cure through to completion, then tracked the belt after tensioning and adjusted the take-up so it ran true. The line was handed back inside the shutdown window and both splices passed inspection with no rework. I keep the same discipline on smaller jobs: inspect the belt properly, log defects in the CMMS, and prepare the ends to spec rather than rushing the cut to save time.</w:t>
      </w:r>
    </w:p>
    <w:p>
      <w:pPr>
        <w:spacing w:before="0" w:after="240"/>
      </w:pPr>
      <w:r>
        <w:t>What draws me to [Company Name] is [add one genuine, specific reason: a project, value, or market position you can point to]. I want to work somewhere the splicing standard is taken seriously and where the crew is supported with the right equipment, the right isolation procedures and enough time to do the job correctly.</w:t>
      </w:r>
    </w:p>
    <w:p>
      <w:pPr>
        <w:spacing w:before="0" w:after="240"/>
      </w:pPr>
      <w:r>
        <w:t>Thank you for considering my application. I have attached my resume and can provide copies of my tickets, medical and verification of competency records on request.</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