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Copywriter</w:t>
      </w:r>
    </w:p>
    <w:p>
      <w:pPr>
        <w:spacing w:before="0" w:after="240"/>
      </w:pPr>
      <w:r>
        <w:t>I'm writing to apply for the Copywriter role at [Company Name]. Writing persuasive copy that's grounded in audience research and shaped by real performance data is the part of the job I enjoy most, and it's what this role seems to need.</w:t>
      </w:r>
    </w:p>
    <w:p>
      <w:pPr>
        <w:spacing w:before="0" w:after="240"/>
      </w:pPr>
      <w:r>
        <w:t>In a recent campaign I rewrote a set of landing page headlines and calls to action after reviewing A/B test results that showed the original copy wasn't converting. The revised versions, informed by competitor messaging research and a clearer read on the target audience, lifted click-through rates and gave the marketing team a stronger position to build the rest of the campaign around.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specifically, and I'd welcome the chance to bring my writing and research approach to your campaigns.</w:t>
      </w:r>
    </w:p>
    <w:p>
      <w:pPr>
        <w:spacing w:before="0" w:after="240"/>
      </w:pPr>
      <w:r>
        <w:t>Thank you for considering my application. I've attached my resume and would be glad to discuss how my copywriting experience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