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Corrections Officer</w:t>
      </w:r>
    </w:p>
    <w:p>
      <w:pPr>
        <w:spacing w:before="0" w:after="240"/>
      </w:pPr>
      <w:r>
        <w:t>I am writing to apply for the Corrections Officer position at [Company Name]. My background in supervising detainees, managing security risks and supporting rehabilitation programs matches the demands of this role directly, and I am ready to take on the responsibility of a custodial environment where safety and consistency matter every shift.</w:t>
      </w:r>
    </w:p>
    <w:p>
      <w:pPr>
        <w:spacing w:before="0" w:after="240"/>
      </w:pPr>
      <w:r>
        <w:t>In a previous custodial or security-adjacent role, I managed a tense situation between two detainees during a meal period by separating them early, using verbal de-escalation and calling for backup before it became physical. I documented the incident fully in the custody management system, and the report was later used without amendment during the disciplinary review. That experience reinforced how much accurate, timely reporting matters for security and for fairness to everyone involved.</w:t>
      </w:r>
    </w:p>
    <w:p>
      <w:pPr>
        <w:spacing w:before="0" w:after="240"/>
      </w:pPr>
      <w:r>
        <w:t>[add one genuine, specific reason: a project, value, or market position you can point to] is part of what draws me to [Company Name] specifically. I want to work somewhere that treats rehabilitation programs as seriously as security, and I would welcome the chance to bring that same balance to my day-to-day work.</w:t>
      </w:r>
    </w:p>
    <w:p>
      <w:pPr>
        <w:spacing w:before="0" w:after="240"/>
      </w:pPr>
      <w:r>
        <w:t>Thank you for considering my application. I have attached my resume and would welcome the opportunity to discuss how my experience fits your custodial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