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Costume Designer</w:t>
      </w:r>
    </w:p>
    <w:p>
      <w:pPr>
        <w:spacing w:before="0" w:after="240"/>
      </w:pPr>
      <w:r>
        <w:t>I am writing to apply for the Costume Designer role at [Company Name]. With a background in designing costumes for screen and stage, I bring a practical understanding of how clothing can shape character and support a production's visual story.</w:t>
      </w:r>
    </w:p>
    <w:p>
      <w:pPr>
        <w:spacing w:before="0" w:after="240"/>
      </w:pPr>
      <w:r>
        <w:t>In a recent production, I designed costumes for a 10-episode drama series. I researched the period, developed a colour palette that aligned with the director's vision, and managed a production budget by sourcing fabrics from local and online suppliers. I led fittings with the cast, worked closely with the wardrobe team on alterations, and maintained continuity across multiple shooting blocks. The costumes were delivered on schedule and supported the narrative without distracting from the performances.</w:t>
      </w:r>
    </w:p>
    <w:p>
      <w:pPr>
        <w:spacing w:before="0" w:after="240"/>
      </w:pPr>
      <w:r>
        <w:t>I am particularly drawn to [Company Name] because [add one genuine, specific reason: a project, value, or market position you can point to]. I would welcome the chance to contribute to your upcoming productions and bring my experience in costume design to your team.</w:t>
      </w:r>
    </w:p>
    <w:p>
      <w:pPr>
        <w:spacing w:before="0" w:after="240"/>
      </w:pPr>
      <w:r>
        <w:t>Thank you for considering my application. I have attached my resume for your review and would be glad to discuss how my skills and experience align with your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