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Costume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costume designer with a focus on screen and stage production, interpreting scripts and creative briefs to build characters through clothing and accessories. My work spans research, sketching, sourcing and fittings, with a strong emphasis on continuity and budget management. I collaborate closely with directors, performers and wardrobe crews to deliver costumes that serve the story.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Visual design   •   Creative software production   •   Craft and handmade production   •   Project management   •   Budgeting and forecasting   •   Adobe Illustrator   •   Adobe Photoshop   •   Procreate   •   CLO 3D   •   Microsoft Excel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Costume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supervised costume construction for a 10-episode drama series, managing continuity across multiple shooting blocks and locations.</w:t>
      </w:r>
    </w:p>
    <w:p>
      <w:pPr>
        <w:pStyle w:val="ListBullet"/>
        <w:spacing w:after="80" w:line="276" w:lineRule="auto"/>
      </w:pPr>
      <w:r>
        <w:t>Researched historical periods and developed colour palettes for a theatre production, ensuring visual coherence with set and lighting design.</w:t>
      </w:r>
    </w:p>
    <w:p>
      <w:pPr>
        <w:pStyle w:val="ListBullet"/>
        <w:spacing w:after="80" w:line="276" w:lineRule="auto"/>
      </w:pPr>
      <w:r>
        <w:t>Sourced fabrics, trims and accessories within production budgets, negotiating with suppliers to meet both creative and cost requirements.</w:t>
      </w:r>
    </w:p>
    <w:p>
      <w:pPr>
        <w:pStyle w:val="ListBullet"/>
        <w:spacing w:after="80" w:line="276" w:lineRule="auto"/>
      </w:pPr>
      <w:r>
        <w:t>Led fittings with principal cast and wardrobe team, resolving alteration issues and documenting changes for continuity.</w:t>
      </w:r>
    </w:p>
    <w:p>
      <w:pPr>
        <w:pStyle w:val="ListBullet"/>
        <w:spacing w:after="240" w:line="276" w:lineRule="auto"/>
      </w:pPr>
      <w:r>
        <w:t>Managed a wardrobe crew of four during a live performance season, overseeing quick changes and costume maintenance.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costume design, fashion design or a related field is common, as is a Diploma or Advanced Diploma in costume for screen and stage. Some designers enter through a Certificate III or IV in costume or applied fashion, and postgraduate study is also an option.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