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Cotton Grower</w:t>
      </w:r>
    </w:p>
    <w:p>
      <w:pPr>
        <w:spacing w:before="0" w:after="240"/>
      </w:pPr>
      <w:r>
        <w:t>I am applying for the Cotton Grower role at [Company Name]. With practical experience across irrigated and dryland cotton production, I can manage the seasonal cycle from ground preparation and sowing through to harvest and gin delivery.</w:t>
      </w:r>
    </w:p>
    <w:p>
      <w:pPr>
        <w:spacing w:before="0" w:after="240"/>
      </w:pPr>
      <w:r>
        <w:t>In my most recent cotton role, I managed irrigation and pest monitoring across a block of fields. I worked with the agronomist to schedule water and insect control around crop growth stages, and kept spray diaries and myBMP records up to date. During harvest I coordinated picker movements and module transport so modules reached the gin without delays, which helped protect fibre quality when weather was changeable.</w:t>
      </w:r>
    </w:p>
    <w:p>
      <w:pPr>
        <w:spacing w:before="0" w:after="240"/>
      </w:pPr>
      <w:r>
        <w:t>I am interested in [Company Name] because [add one genuine, specific reason: a project, value, or market position you can point to]. I would like to contribute to a team that takes both production and environmental compliance seriously.</w:t>
      </w:r>
    </w:p>
    <w:p>
      <w:pPr>
        <w:spacing w:before="0" w:after="240"/>
      </w:pPr>
      <w:r>
        <w:t>Thank you for considering my application. My resume is attached, and I would welcome the chance to discuss how my cotton growing experience fits your operation.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