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Court Registrar</w:t>
      </w:r>
    </w:p>
    <w:p>
      <w:pPr>
        <w:spacing w:before="0" w:after="240"/>
      </w:pPr>
      <w:r>
        <w:t>I'm writing to apply for the Court Registrar position at [Company Name]. My background in court administration and statutory compliance matches the day-to-day demands of this registry, from managing case files to coordinating courtroom calendars.</w:t>
      </w:r>
    </w:p>
    <w:p>
      <w:pPr>
        <w:spacing w:before="0" w:after="240"/>
      </w:pPr>
      <w:r>
        <w:t>In my current role I process pleadings, affidavits and evidence against strict filing deadlines and court rules, and I maintain case management records that judicial officers and legal practitioners rely on for accuracy. I've handled scheduling for busy courtrooms with competing hearing dates, resolving clashes before they reached the bench, and I deal daily with lawyers, parties and self-represented litigants who need clear, correct information about their matters.</w:t>
      </w:r>
    </w:p>
    <w:p>
      <w:pPr>
        <w:spacing w:before="0" w:after="240"/>
      </w:pPr>
      <w:r>
        <w:t>[add one genuine, specific reason: a project, value, or market position you can point to] is part of why I want to work at [Company Name] specifically, rather than in registry work generally.</w:t>
      </w:r>
    </w:p>
    <w:p>
      <w:pPr>
        <w:spacing w:before="0" w:after="240"/>
      </w:pPr>
      <w:r>
        <w:t>Thank you for considering my application. I've attached my resume and would welcome the chance to discuss how my registry experience fits this role.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