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Crane Operator</w:t>
      </w:r>
    </w:p>
    <w:p>
      <w:pPr>
        <w:spacing w:before="0" w:after="240"/>
      </w:pPr>
      <w:r>
        <w:t>I am writing to apply for the Crane Operator position at [Company Name]. With a current High Risk Work Licence and solid experience running mobile and tower cranes on live construction sites, I can step into your lift schedules and site safety requirements with minimal ramp-up time.</w:t>
      </w:r>
    </w:p>
    <w:p>
      <w:pPr>
        <w:spacing w:before="0" w:after="240"/>
      </w:pPr>
      <w:r>
        <w:t>On a recent multi-storey build, I was responsible for positioning structural steel loads at height in tight laydown areas. I cross-checked every lift against the load chart before signing off, kept constant radio contact with the dogman and rigging crew, and flagged a developing wind trend that led the supervisor to pause lifts for twenty minutes rather than push through. The job finished on schedule with no near misses logged for my shifts.</w:t>
      </w:r>
    </w:p>
    <w:p>
      <w:pPr>
        <w:spacing w:before="0" w:after="240"/>
      </w:pPr>
      <w:r>
        <w:t>[add one genuine, specific reason: a project, value, or market position you can point to] is what draws me to [Company Name] specifically, and I'd welcome the chance to bring my approach to load safety and site communication to your crews.</w:t>
      </w:r>
    </w:p>
    <w:p>
      <w:pPr>
        <w:spacing w:before="0" w:after="240"/>
      </w:pPr>
      <w:r>
        <w:t>Thank you for considering my application. I have attached my resume, which sets out my licence classes, equipment experience and safety record in full, and I would welcome the opportunity to discuss how I can contribute to your upcoming lifts.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