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Curator</w:t>
      </w:r>
    </w:p>
    <w:p>
      <w:pPr>
        <w:spacing w:before="0" w:after="240"/>
      </w:pPr>
      <w:r>
        <w:t>I am writing to apply for the Curator role at [Company Name]. With a background in collection research, exhibition development and interpretive writing, I am drawn to the way your institution connects collections with audiences, and I would bring both scholarly rigour and practical delivery to the team.</w:t>
      </w:r>
    </w:p>
    <w:p>
      <w:pPr>
        <w:spacing w:before="0" w:after="240"/>
      </w:pPr>
      <w:r>
        <w:t>In my current role, I developed a touring exhibition from a research brief through to installation. I coordinated loans from three institutions, wrote the catalogue essay and interpretive panels, and worked with the design team to adapt the layout for smaller regional venues. The exhibition went on to travel to four venues over eighteen months, and the accompanying public program brought in new community partners.</w:t>
      </w:r>
    </w:p>
    <w:p>
      <w:pPr>
        <w:spacing w:before="0" w:after="240"/>
      </w:pPr>
      <w:r>
        <w:t>I am particularly interested in [add one genuine, specific reason: a project, value, or market position you can point to]. I would value the chance to contribute to [Company Name]'s curatorial program and to work with a team that takes both scholarship and public access seriously.</w:t>
      </w:r>
    </w:p>
    <w:p>
      <w:pPr>
        <w:spacing w:before="0" w:after="240"/>
      </w:pPr>
      <w:r>
        <w:t>Thank you for considering my application. I have attached my resume and would welcome the opportunity to discuss how my experience in collection management and exhibition delivery could support your team.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