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Customer Service Manager</w:t>
      </w:r>
    </w:p>
    <w:p>
      <w:pPr>
        <w:spacing w:before="0" w:after="240"/>
      </w:pPr>
      <w:r>
        <w:t>I am writing to apply for the Customer Service Manager role at [Company Name]. With extensive experience leading customer service teams and a track record of improving service quality, I am confident I can contribute to your organisation's success.</w:t>
      </w:r>
    </w:p>
    <w:p>
      <w:pPr>
        <w:spacing w:before="0" w:after="240"/>
      </w:pPr>
      <w:r>
        <w:t>In my current role, I led a team of 15 representatives handling enquiries across phone, email, and chat. I introduced a new escalation procedure that reduced repeat complaints from 25 per month to 10 per month, and improved our customer satisfaction score from 78 to 85 over six months. I also worked with the operations team to streamline order processing, which cut average resolution time from two days to one day.</w:t>
      </w:r>
    </w:p>
    <w:p>
      <w:pPr>
        <w:spacing w:before="0" w:after="240"/>
      </w:pPr>
      <w:r>
        <w:t>I am drawn to [Company Name] because [add one genuine, specific reason: a project, value, or market position you can point to]. I am excited about the opportunity to contribute to your team and help further your customer service objectives.</w:t>
      </w:r>
    </w:p>
    <w:p>
      <w:pPr>
        <w:spacing w:before="0" w:after="240"/>
      </w:pPr>
      <w:r>
        <w:t>Thank you for considering my application. I have attached my resume for your review and look forward to the opportunity to discuss how my experience aligns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