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Customer Service Officer</w:t>
      </w:r>
    </w:p>
    <w:p>
      <w:pPr>
        <w:spacing w:before="0" w:after="240"/>
      </w:pPr>
      <w:r>
        <w:t>I'm writing to apply for the Customer Service Officer position at [Company Name]. I've spent my career on the front line of customer support, and I understand what it takes to keep customers satisfied while still meeting the practical demands of the role: accuracy, speed and a level head.</w:t>
      </w:r>
    </w:p>
    <w:p>
      <w:pPr>
        <w:spacing w:before="0" w:after="240"/>
      </w:pPr>
      <w:r>
        <w:t>In a previous role I had a customer whose order had gone missing twice and who was ready to close their account. Rather than reading from a script, I checked the order history myself, arranged a replacement with express delivery, and called back personally to confirm it had arrived. The customer stayed with us and later left positive feedback about how the issue was handled, which is the kind of outcome I aim for on every call.</w:t>
      </w:r>
    </w:p>
    <w:p>
      <w:pPr>
        <w:spacing w:before="0" w:after="240"/>
      </w:pPr>
      <w:r>
        <w:t>[Company Name] stood out to me when I was looking at this role because [add one genuine, specific reason: a project, value, or market position you can point to]. I want to bring my complaint-resolution and CRM skills to a team where that reason matters.</w:t>
      </w:r>
    </w:p>
    <w:p>
      <w:pPr>
        <w:spacing w:before="0" w:after="240"/>
      </w:pPr>
      <w:r>
        <w:t>Thank you for considering my application. I've attached my resume with more detail on my experience and would welcome the chance to discuss how I can contribute to your customer service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