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Cyber Security Analyst</w:t>
      </w:r>
    </w:p>
    <w:p>
      <w:pPr>
        <w:spacing w:before="0" w:after="240"/>
      </w:pPr>
      <w:r>
        <w:t>I am writing to apply for the Cyber Security Analyst position at [Company Name]. My background monitoring network activity, running vulnerability assessments and investigating security incidents lines up closely with what this role needs day to day.</w:t>
      </w:r>
    </w:p>
    <w:p>
      <w:pPr>
        <w:spacing w:before="0" w:after="240"/>
      </w:pPr>
      <w:r>
        <w:t>In a previous role I picked up a pattern of repeated failed login attempts buried in routine firewall logs, traced it to a credential-stuffing attempt against a shared admin account, and worked with the infrastructure team to lock down access and reset credentials before any data was accessed. That kind of close attention to log data, and the follow-through to fix the underlying gap, is what I bring to a SOC environment.</w:t>
      </w:r>
    </w:p>
    <w:p>
      <w:pPr>
        <w:spacing w:before="0" w:after="240"/>
      </w:pPr>
      <w:r>
        <w:t>[Company Name] stands out to me because [add one genuine, specific reason: a project, value, or market position you can point to]. I want to work somewhere that treats security as core to the business, not an afterthought bolted on after an incident.</w:t>
      </w:r>
    </w:p>
    <w:p>
      <w:pPr>
        <w:spacing w:before="0" w:after="240"/>
      </w:pPr>
      <w:r>
        <w:t>Thank you for considering my application. I have attached my resume, which sets out my technical background and experience in more detail, and I would welcome the chance to discuss how I can contribute to your security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