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Dairy Farmer</w:t>
      </w:r>
    </w:p>
    <w:p>
      <w:pPr>
        <w:spacing w:before="0" w:after="240"/>
      </w:pPr>
      <w:r>
        <w:t>I am applying for the Dairy Farmer role at [Company Name]. With several years working on dairy farms, I have the practical skills in herd management, milking and pasture care that this position requires.</w:t>
      </w:r>
    </w:p>
    <w:p>
      <w:pPr>
        <w:spacing w:before="0" w:after="240"/>
      </w:pPr>
      <w:r>
        <w:t>In my current role, I introduced a teat-spraying and udder-health routine that cut mastitis cases noticeably across a 300-cow herd. I also took over pasture rotation planning, which improved feed utilisation and reduced the amount of bought-in fodder we needed during the dry season. These changes kept milk quality within processor requirements and supported consistent production.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farm where I can contribute to long-term herd improvement and take on more responsibility over time.</w:t>
      </w:r>
    </w:p>
    <w:p>
      <w:pPr>
        <w:spacing w:before="0" w:after="240"/>
      </w:pPr>
      <w:r>
        <w:t>Thank you for considering my application. I have attached my resume and would welcome the chance to discuss how I can contribute to your farm.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