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b/>
          <w:color w:val="14161D"/>
          <w:sz w:val="40"/>
        </w:rPr>
        <w:t>Your Name</w:t>
      </w:r>
    </w:p>
    <w:p>
      <w:pPr>
        <w:spacing w:before="0" w:after="320"/>
      </w:pPr>
      <w:r>
        <w:rPr>
          <w:color w:val="4B5058"/>
          <w:sz w:val="19"/>
        </w:rPr>
        <w:t>your.email@example.com   •   0400 000 000</w:t>
      </w:r>
    </w:p>
    <w:p>
      <w:pPr>
        <w:spacing w:before="0" w:after="200"/>
      </w:pPr>
      <w:r>
        <w:t>[Date]</w:t>
      </w:r>
    </w:p>
    <w:p>
      <w:pPr>
        <w:spacing w:before="0" w:after="200"/>
      </w:pPr>
      <w:r>
        <w:t>[Hiring Manager Name]</w:t>
        <w:br/>
        <w:t>[Company Name]</w:t>
        <w:br/>
        <w:t>[Company Address]</w:t>
      </w:r>
    </w:p>
    <w:p>
      <w:pPr>
        <w:spacing w:before="120" w:after="280"/>
        <w:pBdr>
          <w:bottom w:val="single" w:sz="6" w:space="4" w:color="DFDED8"/>
        </w:pBdr>
      </w:pPr>
      <w:r>
        <w:rPr>
          <w:b/>
          <w:color w:val="2F62D9"/>
          <w:sz w:val="24"/>
        </w:rPr>
        <w:t>Re: Application for Dance Teacher</w:t>
      </w:r>
    </w:p>
    <w:p>
      <w:pPr>
        <w:spacing w:before="0" w:after="240"/>
      </w:pPr>
      <w:r>
        <w:t>I am writing to apply for the Dance Teacher position at [Company Name]. With training across ballet, contemporary, jazz and hip hop, and a strong focus on technique and creative expression, I am confident I can help your students build confidence and performance skills.</w:t>
      </w:r>
    </w:p>
    <w:p>
      <w:pPr>
        <w:spacing w:before="0" w:after="240"/>
      </w:pPr>
      <w:r>
        <w:t>In my most recent teaching role, I choreographed and prepared a group of 20 students for a regional eisteddfod over a 12-week term. I refined their technique through weekly progress checks and tailored feedback, and the troupe placed highly. I also restructured the junior jazz curriculum to include regular assessments, which improved student retention and gave parents clear milestones to follow.</w:t>
      </w:r>
    </w:p>
    <w:p>
      <w:pPr>
        <w:spacing w:before="0" w:after="240"/>
      </w:pPr>
      <w:r>
        <w:t>I am drawn to [Company Name] because [add one genuine, specific reason: a project, value, or market position you can point to]. I share your commitment to safe dance practice and inclusive teaching, and I would welcome the chance to contribute to your performance program.</w:t>
      </w:r>
    </w:p>
    <w:p>
      <w:pPr>
        <w:spacing w:before="0" w:after="240"/>
      </w:pPr>
      <w:r>
        <w:t>Thank you for considering my application. My resume is attached, providing further detail on my experience and qualifications. I look forward to discussing how I can contribute to your team.</w:t>
      </w:r>
    </w:p>
    <w:p>
      <w:pPr>
        <w:spacing w:before="160" w:after="0"/>
      </w:pPr>
      <w:r>
        <w:t>Kind regards,</w:t>
        <w:br/>
        <w:t>Your Name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0" w:line="300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