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Data Entry Clerk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Detail-oriented data entry clerk with a strong record of accurate processing across health, government, and professional services. Skilled in keying and validating information in MYOB, SAP, and Salesforce, with a focus on data integrity and meeting reporting deadlines. Committed to maintaining confidentiality and following record-keeping procedures.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Data analysis   •   Regulatory compliance   •   Microsoft Excel   •   Data entry software (MYOB, SAP, Salesforce)   •   Optical character recognition (OCR) tools   •   SQL or database management systems   •   Attention to detail   •   Written communication   •   Problem solving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Data Entry Clerk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Entered customer and transaction details into SAP from paper forms and email requests, consistently meeting daily volume targets.</w:t>
      </w:r>
    </w:p>
    <w:p>
      <w:pPr>
        <w:pStyle w:val="ListBullet"/>
        <w:spacing w:after="80" w:line="276" w:lineRule="auto"/>
      </w:pPr>
      <w:r>
        <w:t>Ran OCR software over scanned documents and corrected misread entries before saving, reducing downstream errors in monthly reports.</w:t>
      </w:r>
    </w:p>
    <w:p>
      <w:pPr>
        <w:pStyle w:val="ListBullet"/>
        <w:spacing w:after="80" w:line="276" w:lineRule="auto"/>
      </w:pPr>
      <w:r>
        <w:t>Cross-checked entered figures against source documents and ran validation checks in Excel, flagging discrepancies to supervisors promptly.</w:t>
      </w:r>
    </w:p>
    <w:p>
      <w:pPr>
        <w:pStyle w:val="ListBullet"/>
        <w:spacing w:after="240" w:line="276" w:lineRule="auto"/>
      </w:pPr>
      <w:r>
        <w:t>Organised and filed digital records according to workplace naming conventions, improving accessibility for colleagues preparing audits.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Year 12 or a Certificate III/IV in business administration is common, though many data entry clerks learn key skills on the job.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