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Deck Officer</w:t>
      </w:r>
    </w:p>
    <w:p>
      <w:pPr>
        <w:spacing w:before="0" w:after="240"/>
      </w:pPr>
      <w:r>
        <w:t>I'm applying for the Deck Officer role with [Company Name]. I hold a current AMSA Certificate of Competency and have stood navigational watches on commercial vessels, so I can take a watch, plan a passage and run a deck crew from the first trip.</w:t>
      </w:r>
    </w:p>
    <w:p>
      <w:pPr>
        <w:spacing w:before="0" w:after="240"/>
      </w:pPr>
      <w:r>
        <w:t>In my most recent role as second officer on a near coastal trading vessel, I took over a passage planning process that had drifted into being done the night before departure. I rebuilt it as a standing plan with a checklist, waypoints, abort points and contingency anchorages, reviewed it with the master two days out, and briefed the other watchkeepers before we sailed. Over the following months we went from a handful of late route changes per voyage to almost none, and the chief officer adopted the same template for the rest of the fleet's Australian runs. On the same vessel I supervised cargo and ballast operations and took two junior watchkeepers through their first independent watches.</w:t>
      </w:r>
    </w:p>
    <w:p>
      <w:pPr>
        <w:spacing w:before="0" w:after="240"/>
      </w:pPr>
      <w:r>
        <w:t>I'm applying to [Company Name] because [add one genuine, specific reason: a project, value, or market position you can point to]. I want to work somewhere that treats its safety management system as a working tool rather than paperwork, and where a deck officer is expected to speak up on the bridge when something doesn't look right.</w:t>
      </w:r>
    </w:p>
    <w:p>
      <w:pPr>
        <w:spacing w:before="0" w:after="240"/>
      </w:pPr>
      <w:r>
        <w:t>Thank you for considering my application. My resume is attached, and I can provide my AMSA Certificate of Competency, sea service record and referee details on request. I'm available for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