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Deer Farmer</w:t>
      </w:r>
    </w:p>
    <w:p>
      <w:pPr>
        <w:spacing w:before="0" w:after="240"/>
      </w:pPr>
      <w:r>
        <w:t>I am writing to apply for the Deer Farmer position at [Company Name]. With practical experience in breeding, animal health and velvet antler harvest, I am confident I can contribute to your operation from day one.</w:t>
      </w:r>
    </w:p>
    <w:p>
      <w:pPr>
        <w:spacing w:before="0" w:after="240"/>
      </w:pPr>
      <w:r>
        <w:t>In my previous role, I managed a herd of 300 deer, overseeing seasonal joining and coordinating velvet antler harvest with local vets. I introduced a pasture rotation plan that improved herd condition and reduced feed costs, and I maintained all fencing and water systems to keep animals safe and secure. My record-keeping using AgriWebb and NLIS ensured compliance and smooth sales and transport.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ethical deer farming and would welcome the chance to bring my skills to your team.</w:t>
      </w:r>
    </w:p>
    <w:p>
      <w:pPr>
        <w:spacing w:before="0" w:after="240"/>
      </w:pPr>
      <w:r>
        <w:t>Thank you for considering my application. I have attached my resume and look forward to the opportunity to discuss how I can support your deer farming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