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Delivery Driver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delivery driver with strong route-planning skills and a customer-first approach to time-sensitive deliveries. Comfortable using GPS navigation and delivery management software to hit delivery windows across metro and suburban routes, with a clean driving record and solid vehicle safety habits.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Driving and transport operations   •   Inventory management   •   GPS/navigation systems   •   Delivery management software   •   Mobile device/scanner use   •   Vehicle pre-start and maintenance checks   •   Customer service   •   Time and deadline management   •   Attention to detail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Delivery Driver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adjusted daily delivery routes using GPS and mapping software, re-sequencing stops around traffic and roadworks to keep deliveries within customer time windows.</w:t>
      </w:r>
    </w:p>
    <w:p>
      <w:pPr>
        <w:pStyle w:val="ListBullet"/>
        <w:spacing w:after="80" w:line="276" w:lineRule="auto"/>
      </w:pPr>
      <w:r>
        <w:t>Loaded, secured and unloaded parcels and grocery orders, checking each item against manifests to prevent damage and mis-deliveries.</w:t>
      </w:r>
    </w:p>
    <w:p>
      <w:pPr>
        <w:pStyle w:val="ListBullet"/>
        <w:spacing w:after="80" w:line="276" w:lineRule="auto"/>
      </w:pPr>
      <w:r>
        <w:t>Captured proof-of-delivery data and customer signatures via mobile scanner, keeping delivery records accurate enough that the depot rarely needed to chase disputed drop-offs.</w:t>
      </w:r>
    </w:p>
    <w:p>
      <w:pPr>
        <w:pStyle w:val="ListBullet"/>
        <w:spacing w:after="80" w:line="276" w:lineRule="auto"/>
      </w:pPr>
      <w:r>
        <w:t>Carried out pre-start vehicle checks and reported faults promptly, helping keep the vehicle roadworthy and reducing unplanned downtime.</w:t>
      </w:r>
    </w:p>
    <w:p>
      <w:pPr>
        <w:pStyle w:val="ListBullet"/>
        <w:spacing w:after="240" w:line="276" w:lineRule="auto"/>
      </w:pPr>
      <w:r>
        <w:t>Resolved delivery queries and handled fragile and time-sensitive items with care, maintaining a strong customer service record with few complaints.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beyond a car (C class) driver's licence and a clean driving history; some employers prefer a Certificate III in Driving Operations or warehousing, and a National Police Certificate is commonly requested.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