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Demographer</w:t>
      </w:r>
    </w:p>
    <w:p>
      <w:pPr>
        <w:spacing w:before="0" w:after="240"/>
      </w:pPr>
      <w:r>
        <w:t>I am writing to apply for the Demographer role at [Company Name]. With a background in population analysis, statistical modelling and policy-relevant research, I am confident I can contribute to your team's work on population change and planning.</w:t>
      </w:r>
    </w:p>
    <w:p>
      <w:pPr>
        <w:spacing w:before="0" w:after="240"/>
      </w:pPr>
      <w:r>
        <w:t>In a recent project, I cleaned and integrated large census and administrative datasets using R and SQL to produce updated population estimates for a set of local government areas. I then built a cohort-component model to forecast population growth and ageing, which highlighted where service demand would shift over the next decade. The results were presented in a report and interactive dashboard, and they were used by planning staff to prioritise infrastructure investment.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want to bring my demographic analysis skills to an organisation where population evidence directly shapes policy and planning decisions.</w:t>
      </w:r>
    </w:p>
    <w:p>
      <w:pPr>
        <w:spacing w:before="0" w:after="240"/>
      </w:pPr>
      <w:r>
        <w:t>Thank you for considering my application. I have attached my resume and would welcome the opportunity to discuss how my experience in demographic analysis and statistical modelling can support your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