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Dental Prosthetist</w:t>
      </w:r>
    </w:p>
    <w:p>
      <w:pPr>
        <w:spacing w:before="0" w:after="240"/>
      </w:pPr>
      <w:r>
        <w:t>I am writing to apply for the Dental Prosthetist position at [Company Name]. As a registered dental prosthetist with a strong background in both traditional and digital prosthesis design, I am confident I can help your patients achieve comfortable, functional and natural-looking results.</w:t>
      </w:r>
    </w:p>
    <w:p>
      <w:pPr>
        <w:spacing w:before="0" w:after="240"/>
      </w:pPr>
      <w:r>
        <w:t>In my current role, I manage the full cycle of care for patients needing removable prostheses, from initial assessment and impression taking through to fitting and post-fitting adjustments. I recently improved our repair turnaround by introducing a digital scanning workflow, which reduced the average time from four days to two while maintaining high patient satisfaction. I also work closely with local dentists to ensure any underlying oral health issues are addressed before I proceed with treatment.</w:t>
      </w:r>
    </w:p>
    <w:p>
      <w:pPr>
        <w:spacing w:before="0" w:after="240"/>
      </w:pPr>
      <w:r>
        <w:t>I am drawn to [Company Name] because [add one genuine, specific reason: a project, value, or market position you can point to]. I am keen to contribute to a team that values both clinical excellence and patient comfort, and I believe my skills in CAD/CAM design and patient communication would fit well with your approach.</w:t>
      </w:r>
    </w:p>
    <w:p>
      <w:pPr>
        <w:spacing w:before="0" w:after="240"/>
      </w:pPr>
      <w:r>
        <w:t>Thank you for considering my application. My resume is attached and provides further detail on my qualifications and experience. I look forward to the opportunity to discuss how I can support your practice.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