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Dental Technician</w:t>
      </w:r>
    </w:p>
    <w:p>
      <w:pPr>
        <w:spacing w:before="0" w:after="240"/>
      </w:pPr>
      <w:r>
        <w:t>I am writing to apply for the Dental Technician role at [Company Name]. With hands-on experience in both traditional and digital dental laboratory workflows, I am confident I can contribute to your team from day one.</w:t>
      </w:r>
    </w:p>
    <w:p>
      <w:pPr>
        <w:spacing w:before="0" w:after="240"/>
      </w:pPr>
      <w:r>
        <w:t>In my current role, I produce a range of restorations including crowns, bridges, dentures and orthodontic appliances. I introduced a refined waxing and casting sequence for complex bridge cases that cut average turnaround from five days to three while maintaining precise fit. I also operate CAD/CAM milling machines and 3D printers, and I have trained two junior technicians in digital design using 3Shape and exocad.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commitment to precision and infection control to a laboratory that values quality and continuous improvement.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