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Dental Therapist</w:t>
      </w:r>
    </w:p>
    <w:p>
      <w:pPr>
        <w:spacing w:before="0" w:after="240"/>
      </w:pPr>
      <w:r>
        <w:t>I am writing to apply for the Dental Therapist position at [Company Name]. As a registered dental therapist with AHPRA and the Dental Board of Australia, I am keen to bring my preventive and basic restorative skills to your team and to support the oral health of the children and young people in your care.</w:t>
      </w:r>
    </w:p>
    <w:p>
      <w:pPr>
        <w:spacing w:before="0" w:after="240"/>
      </w:pPr>
      <w:r>
        <w:t>In my current role in a school dental program, I deliver care to children and adolescents across several schools. I introduced a simple recall reminder system that cut missed appointments across a daily list of twelve patients. I also worked with parents and carers to improve oral hygiene routines at home, which reduced the number of children returning with new decay at their next visit.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 and I would welcome the chance to discuss how I can contribute to your clinic.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