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Dentist</w:t>
      </w:r>
    </w:p>
    <w:p>
      <w:pPr>
        <w:spacing w:before="0" w:after="240"/>
      </w:pPr>
      <w:r>
        <w:t>I'm writing to apply for the Dentist position at [Company Name]. With clinical experience across diagnosis, preventive care and restorative treatment, I can step into a full patient list and maintain the standard of care your practice is known for.</w:t>
      </w:r>
    </w:p>
    <w:p>
      <w:pPr>
        <w:spacing w:before="0" w:after="240"/>
      </w:pPr>
      <w:r>
        <w:t>In a previous clinical setting I managed a caseload that included anxious first-time patients and complex restorative cases. By taking time to explain treatment options in plain language and checking understanding before proceeding, I reduced cancellations and built enough trust that several patients specifically requested return appointments with me. That balance of technical accuracy and clear communication is something I bring to every consultation.</w:t>
      </w:r>
    </w:p>
    <w:p>
      <w:pPr>
        <w:spacing w:before="0" w:after="240"/>
      </w:pPr>
      <w:r>
        <w:t>[add one genuine, specific reason: a project, value, or market position you can point to] is what drew me to apply to [Company Name] specifically, rather than sending a general application.</w:t>
      </w:r>
    </w:p>
    <w:p>
      <w:pPr>
        <w:spacing w:before="0" w:after="240"/>
      </w:pPr>
      <w:r>
        <w:t>Thank you for considering my application. I've attached my resume with further detail on my clinical experience and qualifications,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