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Depot Manager</w:t>
      </w:r>
    </w:p>
    <w:p>
      <w:pPr>
        <w:spacing w:before="0" w:after="240"/>
      </w:pPr>
      <w:r>
        <w:t>I am applying for the Depot Manager role at [Company Name]. With hands-on experience running daily freight movements, rostering drivers and warehouse staff, and keeping a depot compliant with transport safety rules, I can step into the role and keep the site running on schedule from day one.</w:t>
      </w:r>
    </w:p>
    <w:p>
      <w:pPr>
        <w:spacing w:before="0" w:after="240"/>
      </w:pPr>
      <w:r>
        <w:t>In my current depot role, I plan routes and rosters for a team of around 40 drivers and warehouse staff. I introduced a daily pre-start coordination meeting and adjusted run sheets, which helped cut missed departures and reduced order turnaround from two days to same day for priority freight. I also worked with maintenance to move from reactive repairs to a scheduled servicing plan, bringing unplanned vehicle downtime down from weekly to monthly. Alongside this, I manage the depot budget and work with clients and transport operations to resolve service issues before they escalate.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bring my depot experience to a team that values safety and reliable service, and I am ready to contribute to your operations from the start.</w:t>
      </w:r>
    </w:p>
    <w:p>
      <w:pPr>
        <w:spacing w:before="0" w:after="240"/>
      </w:pPr>
      <w:r>
        <w:t>Thank you for considering my application. I have attached my resume and would welcome the chance to discuss how my depot management experience fits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