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Dermal Therapist</w:t>
      </w:r>
    </w:p>
    <w:p>
      <w:pPr>
        <w:spacing w:before="0" w:after="240"/>
      </w:pPr>
      <w:r>
        <w:t>I am applying for the dermal therapist role at [Company Name]. With hands-on experience in skin assessment and non-surgical treatments, I can step into your clinic and help clients manage concerns such as acne, pigmentation and ageing.</w:t>
      </w:r>
    </w:p>
    <w:p>
      <w:pPr>
        <w:spacing w:before="0" w:after="240"/>
      </w:pPr>
      <w:r>
        <w:t>In my current role, I assess up to twelve clients a day, using dermoscopy and VISIA imaging to identify skin conditions and then performing peels, microdermabrasion and laser treatments. I built a post-treatment care routine that clients could follow at home, which reduced follow-up calls about aftercare and helped them stay consistent with product use.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work somewhere that takes skin health seriously and supports therapists to keep learning.</w:t>
      </w:r>
    </w:p>
    <w:p>
      <w:pPr>
        <w:spacing w:before="0" w:after="240"/>
      </w:pPr>
      <w:r>
        <w:t>Thank you for considering my application. My resume is attached, and I would welcome the chance to discuss how my skills fit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