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Detective</w:t>
      </w:r>
    </w:p>
    <w:p>
      <w:pPr>
        <w:spacing w:before="0" w:after="240"/>
      </w:pPr>
      <w:r>
        <w:t>I am writing to express my interest in the Detective position at [Company Name]. With my background in serious crime investigation and evidence gathering, I am confident I can contribute to your team's work in bringing offenders to justice.</w:t>
      </w:r>
    </w:p>
    <w:p>
      <w:pPr>
        <w:spacing w:before="0" w:after="240"/>
      </w:pPr>
      <w:r>
        <w:t>In my current role as a police officer, I led an investigation into a series of burglaries that had remained unsolved for months. By carefully analysing QPRIME records and coordinating with forensic specialists, I identified a pattern and helped secure a conviction. I also prepared the brief of evidence, which was commended for its thoroughness and clarity.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look forward to the opportunity to discuss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