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Diesel Mechanic</w:t>
      </w:r>
    </w:p>
    <w:p>
      <w:pPr>
        <w:spacing w:before="0" w:after="240"/>
      </w:pPr>
      <w:r>
        <w:t>I am writing to apply for the Diesel Mechanic role at [Company Name]. With a Certificate III in Heavy Commercial Vehicle Mechanical Technology and hands-on experience across road freight and mining fleets, I am confident I can keep your equipment running safely and efficiently.</w:t>
      </w:r>
    </w:p>
    <w:p>
      <w:pPr>
        <w:spacing w:before="0" w:after="240"/>
      </w:pPr>
      <w:r>
        <w:t>In my current position, I diagnosed a recurring hydraulic fault on a fleet of prime movers that had caused repeated breakdowns. Using Jaltest and a systematic diagnostic approach, I traced the issue to a faulty sensor and repaired it, which noticeably reduced repeat call-outs for that fleet. I also overhauled a diesel engine on a haul truck ahead of schedule, allowing it to return to service without disrupting the mine's haulage plan.</w:t>
      </w:r>
    </w:p>
    <w:p>
      <w:pPr>
        <w:spacing w:before="0" w:after="240"/>
      </w:pPr>
      <w:r>
        <w:t>Why I want to work for [Company Name]: [add one genuine, specific reason: a project, value, or market position you can point to]. I am keen to bring my diagnostic skills and safety focus to your team.</w:t>
      </w:r>
    </w:p>
    <w:p>
      <w:pPr>
        <w:spacing w:before="0" w:after="240"/>
      </w:pPr>
      <w:r>
        <w:t>Thank you for considering my application. My resume is attached, and I look forward to discussing how I can contribute to your workshop.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