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Disability Support Worker</w:t>
      </w:r>
    </w:p>
    <w:p>
      <w:pPr>
        <w:spacing w:before="0" w:after="240"/>
      </w:pPr>
      <w:r>
        <w:t>I am writing to apply for the Disability Support Worker position at [Company Name]. My background in personal care, mobility support and community participation work matches the day-to-day demands of this role, and I bring a steady, person-centred approach to every shift.</w:t>
      </w:r>
    </w:p>
    <w:p>
      <w:pPr>
        <w:spacing w:before="0" w:after="240"/>
      </w:pPr>
      <w:r>
        <w:t>In a previous support role I worked with a client who was withdrawing from social activities after a change in mobility. I adjusted the daily routine to build in shorter, more frequent outings, coordinated with the occupational therapist on suitable mobility aids, and documented progress each shift. Within weeks the client was re-engaging with a regular community group, and the updated routine became part of their standard care plan.</w:t>
      </w:r>
    </w:p>
    <w:p>
      <w:pPr>
        <w:spacing w:before="0" w:after="240"/>
      </w:pPr>
      <w:r>
        <w:t>[add one genuine, specific reason: a project, value, or market position you can point to] is a big part of why I want to work at [Company Name] specifically, rather than in disability support generally.</w:t>
      </w:r>
    </w:p>
    <w:p>
      <w:pPr>
        <w:spacing w:before="0" w:after="240"/>
      </w:pPr>
      <w:r>
        <w:t>Thank you for considering my application. I have attached my resume with further detail on my experience and qualifications, and I would welcome the chance to discuss how I can support your clients.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