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Dive Instructor</w:t>
      </w:r>
    </w:p>
    <w:p>
      <w:pPr>
        <w:spacing w:before="0" w:after="240"/>
      </w:pPr>
      <w:r>
        <w:t>I am writing to apply for the Dive Instructor role at [Company Name]. With current instructor certifications and hands-on experience teaching open water and advanced courses, I can step into your team and help students and guided divers enjoy the ocean safely.</w:t>
      </w:r>
    </w:p>
    <w:p>
      <w:pPr>
        <w:spacing w:before="0" w:after="240"/>
      </w:pPr>
      <w:r>
        <w:t>In my most recent role, I redesigned the pre-dive briefing for the beginner open water course so it used fewer words and more hand signals, which cut the number of students who needed extra pool sessions before their first open water dive. I also introduced a simple equipment fault tag system that meant no compressor issues went unreported, keeping the morning boat on schedule.</w:t>
      </w:r>
    </w:p>
    <w:p>
      <w:pPr>
        <w:spacing w:before="0" w:after="240"/>
      </w:pPr>
      <w:r>
        <w:t>I want to work for [Company Name] because [add one genuine, specific reason: a project, value, or market position you can point to]. I am looking for a dive operation where safety standards are taken seriously and where instructors are supported to keep their teaching sharp.</w:t>
      </w:r>
    </w:p>
    <w:p>
      <w:pPr>
        <w:spacing w:before="0" w:after="240"/>
      </w:pPr>
      <w:r>
        <w:t>Thanks for considering my application. My resume is attached, and I would welcome the chance to talk about how I can help your dive teams stay safe, run on time and give customers a great experience.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