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DJ</w:t>
      </w:r>
    </w:p>
    <w:p>
      <w:pPr>
        <w:spacing w:before="0" w:after="240"/>
      </w:pPr>
      <w:r>
        <w:t>I am writing to apply for the DJ role at [Company Name]. With a strong background in live performance and a focus on crowd engagement, I am confident I can bring the right energy to your venue and events.</w:t>
      </w:r>
    </w:p>
    <w:p>
      <w:pPr>
        <w:spacing w:before="0" w:after="240"/>
      </w:pPr>
      <w:r>
        <w:t>In my most recent residency, I was responsible for the entire musical program on Saturday nights. By reading the crowd and adjusting the set in real time, I built a loyal following that grew steadily over several months, leading to the venue offering me additional nights and a larger budget for guest performers.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chance to contribute to your team and help create memorable experiences for your audiences.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